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3ED57" w14:textId="585D9FD3" w:rsidR="007B13F0" w:rsidRPr="001C542B" w:rsidRDefault="007B13F0">
      <w:pPr>
        <w:pStyle w:val="Heading1"/>
        <w:rPr>
          <w:sz w:val="44"/>
          <w:szCs w:val="44"/>
        </w:rPr>
      </w:pPr>
      <w:r w:rsidRPr="001C542B">
        <w:rPr>
          <w:noProof/>
          <w:sz w:val="44"/>
          <w:szCs w:val="44"/>
        </w:rPr>
        <w:drawing>
          <wp:anchor distT="0" distB="0" distL="114300" distR="114300" simplePos="0" relativeHeight="251675648" behindDoc="0" locked="0" layoutInCell="1" allowOverlap="1" wp14:anchorId="3633FDEC" wp14:editId="135CF9F9">
            <wp:simplePos x="0" y="0"/>
            <wp:positionH relativeFrom="column">
              <wp:posOffset>3352800</wp:posOffset>
            </wp:positionH>
            <wp:positionV relativeFrom="paragraph">
              <wp:posOffset>-704850</wp:posOffset>
            </wp:positionV>
            <wp:extent cx="3151505" cy="2038985"/>
            <wp:effectExtent l="0" t="0" r="0" b="0"/>
            <wp:wrapNone/>
            <wp:docPr id="1784932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93222" name="Picture 17849322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42B" w:rsidRPr="001C542B">
        <w:rPr>
          <w:sz w:val="44"/>
          <w:szCs w:val="44"/>
        </w:rPr>
        <w:t>14 HIGH PROTEIN</w:t>
      </w:r>
      <w:r w:rsidR="001C542B">
        <w:rPr>
          <w:sz w:val="44"/>
          <w:szCs w:val="44"/>
        </w:rPr>
        <w:br/>
      </w:r>
      <w:r w:rsidR="001C542B" w:rsidRPr="001C542B">
        <w:rPr>
          <w:sz w:val="44"/>
          <w:szCs w:val="44"/>
        </w:rPr>
        <w:t xml:space="preserve"> MAIN MEALS</w:t>
      </w:r>
    </w:p>
    <w:p w14:paraId="286FBC55" w14:textId="10367EEA" w:rsidR="00F157F2" w:rsidRDefault="007B13F0">
      <w:r>
        <w:rPr>
          <w:noProof/>
        </w:rPr>
        <w:drawing>
          <wp:anchor distT="0" distB="0" distL="114300" distR="114300" simplePos="0" relativeHeight="251670528" behindDoc="0" locked="0" layoutInCell="1" allowOverlap="1" wp14:anchorId="0F9FACE4" wp14:editId="42A7210F">
            <wp:simplePos x="0" y="0"/>
            <wp:positionH relativeFrom="column">
              <wp:posOffset>-878305</wp:posOffset>
            </wp:positionH>
            <wp:positionV relativeFrom="paragraph">
              <wp:posOffset>836028</wp:posOffset>
            </wp:positionV>
            <wp:extent cx="7233920" cy="6256421"/>
            <wp:effectExtent l="0" t="0" r="5080" b="0"/>
            <wp:wrapNone/>
            <wp:docPr id="84438098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380980" name="Picture 84438098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36289" cy="625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br/>
      </w:r>
      <w:r>
        <w:br w:type="page"/>
      </w:r>
    </w:p>
    <w:p w14:paraId="685C20E3" w14:textId="77777777" w:rsidR="007B13F0" w:rsidRDefault="007B13F0" w:rsidP="007B13F0">
      <w:pPr>
        <w:pStyle w:val="Heading1"/>
      </w:pPr>
      <w:r>
        <w:lastRenderedPageBreak/>
        <w:t>14-Day Keto High-Protein Dinner Plan</w:t>
      </w:r>
    </w:p>
    <w:p w14:paraId="3166A185" w14:textId="77777777" w:rsidR="007B13F0" w:rsidRDefault="007B13F0" w:rsidP="007B13F0">
      <w:r>
        <w:t>This printable guide includes a full 14-day keto-style dinner plan with complete recipes. Each meal is high in protein, low in carbohydrates, and designed to support metabolic health and satiety.</w:t>
      </w:r>
    </w:p>
    <w:p w14:paraId="494F4B39" w14:textId="77777777" w:rsidR="007B13F0" w:rsidRDefault="007B13F0" w:rsidP="007B13F0"/>
    <w:p w14:paraId="0205B6BB" w14:textId="77777777" w:rsidR="007B13F0" w:rsidRPr="00027C99" w:rsidRDefault="007B13F0" w:rsidP="007B13F0">
      <w:pPr>
        <w:rPr>
          <w:b/>
          <w:bCs/>
        </w:rPr>
      </w:pPr>
      <w:r w:rsidRPr="00027C99">
        <w:rPr>
          <w:rFonts w:ascii="Segoe UI Emoji" w:hAnsi="Segoe UI Emoji" w:cs="Segoe UI Emoji"/>
          <w:b/>
          <w:bCs/>
        </w:rPr>
        <w:t>🗓️</w:t>
      </w:r>
      <w:r w:rsidRPr="00027C99">
        <w:rPr>
          <w:b/>
          <w:bCs/>
        </w:rPr>
        <w:t xml:space="preserve"> 14-Day Keto High-Protein Dinner Plan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5"/>
        <w:gridCol w:w="3307"/>
      </w:tblGrid>
      <w:tr w:rsidR="007B13F0" w:rsidRPr="00027C99" w14:paraId="70C3183E" w14:textId="77777777" w:rsidTr="00A7723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03FE26D" w14:textId="77777777" w:rsidR="007B13F0" w:rsidRPr="00027C99" w:rsidRDefault="007B13F0" w:rsidP="00A7723A">
            <w:pPr>
              <w:rPr>
                <w:b/>
                <w:bCs/>
              </w:rPr>
            </w:pPr>
            <w:r w:rsidRPr="00027C99">
              <w:rPr>
                <w:b/>
                <w:bCs/>
              </w:rPr>
              <w:t>Day</w:t>
            </w:r>
          </w:p>
        </w:tc>
        <w:tc>
          <w:tcPr>
            <w:tcW w:w="0" w:type="auto"/>
            <w:vAlign w:val="center"/>
            <w:hideMark/>
          </w:tcPr>
          <w:p w14:paraId="1DDE35CF" w14:textId="77777777" w:rsidR="007B13F0" w:rsidRPr="00027C99" w:rsidRDefault="007B13F0" w:rsidP="00A7723A">
            <w:pPr>
              <w:rPr>
                <w:b/>
                <w:bCs/>
              </w:rPr>
            </w:pPr>
            <w:r w:rsidRPr="00027C99">
              <w:rPr>
                <w:b/>
                <w:bCs/>
              </w:rPr>
              <w:t>Meal</w:t>
            </w:r>
          </w:p>
        </w:tc>
      </w:tr>
      <w:tr w:rsidR="007B13F0" w:rsidRPr="00027C99" w14:paraId="0447D674" w14:textId="77777777" w:rsidTr="00A7723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85FEC2" w14:textId="77777777" w:rsidR="007B13F0" w:rsidRPr="00027C99" w:rsidRDefault="007B13F0" w:rsidP="00A7723A">
            <w:r w:rsidRPr="00027C99">
              <w:t>1</w:t>
            </w:r>
          </w:p>
        </w:tc>
        <w:tc>
          <w:tcPr>
            <w:tcW w:w="0" w:type="auto"/>
            <w:vAlign w:val="center"/>
            <w:hideMark/>
          </w:tcPr>
          <w:p w14:paraId="3A8B123F" w14:textId="77777777" w:rsidR="007B13F0" w:rsidRPr="00027C99" w:rsidRDefault="007B13F0" w:rsidP="00A7723A">
            <w:r w:rsidRPr="00027C99">
              <w:t>Garlic Butter Steak &amp; Broccoli</w:t>
            </w:r>
          </w:p>
        </w:tc>
      </w:tr>
      <w:tr w:rsidR="007B13F0" w:rsidRPr="00027C99" w14:paraId="62EEE7E5" w14:textId="77777777" w:rsidTr="00A7723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FAD244" w14:textId="77777777" w:rsidR="007B13F0" w:rsidRPr="00027C99" w:rsidRDefault="007B13F0" w:rsidP="00A7723A">
            <w:r w:rsidRPr="00027C99">
              <w:t>2</w:t>
            </w:r>
          </w:p>
        </w:tc>
        <w:tc>
          <w:tcPr>
            <w:tcW w:w="0" w:type="auto"/>
            <w:vAlign w:val="center"/>
            <w:hideMark/>
          </w:tcPr>
          <w:p w14:paraId="7B616865" w14:textId="77777777" w:rsidR="007B13F0" w:rsidRPr="00027C99" w:rsidRDefault="007B13F0" w:rsidP="00A7723A">
            <w:r w:rsidRPr="00027C99">
              <w:t>Creamy Tuscan Chicken Thighs</w:t>
            </w:r>
          </w:p>
        </w:tc>
      </w:tr>
      <w:tr w:rsidR="007B13F0" w:rsidRPr="00027C99" w14:paraId="2D739BDB" w14:textId="77777777" w:rsidTr="00A7723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432A1E" w14:textId="77777777" w:rsidR="007B13F0" w:rsidRPr="00027C99" w:rsidRDefault="007B13F0" w:rsidP="00A7723A">
            <w:r w:rsidRPr="00027C99">
              <w:t>3</w:t>
            </w:r>
          </w:p>
        </w:tc>
        <w:tc>
          <w:tcPr>
            <w:tcW w:w="0" w:type="auto"/>
            <w:vAlign w:val="center"/>
            <w:hideMark/>
          </w:tcPr>
          <w:p w14:paraId="65B35FEB" w14:textId="77777777" w:rsidR="007B13F0" w:rsidRPr="00027C99" w:rsidRDefault="007B13F0" w:rsidP="00A7723A">
            <w:r w:rsidRPr="00027C99">
              <w:t>Lemon Dill Butter Salmon</w:t>
            </w:r>
          </w:p>
        </w:tc>
      </w:tr>
      <w:tr w:rsidR="007B13F0" w:rsidRPr="00027C99" w14:paraId="449441C5" w14:textId="77777777" w:rsidTr="00A7723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2EF71A" w14:textId="77777777" w:rsidR="007B13F0" w:rsidRPr="00027C99" w:rsidRDefault="007B13F0" w:rsidP="00A7723A">
            <w:r w:rsidRPr="00027C99">
              <w:t>4</w:t>
            </w:r>
          </w:p>
        </w:tc>
        <w:tc>
          <w:tcPr>
            <w:tcW w:w="0" w:type="auto"/>
            <w:vAlign w:val="center"/>
            <w:hideMark/>
          </w:tcPr>
          <w:p w14:paraId="6FCA726A" w14:textId="77777777" w:rsidR="007B13F0" w:rsidRPr="00027C99" w:rsidRDefault="007B13F0" w:rsidP="00A7723A">
            <w:r w:rsidRPr="00027C99">
              <w:t>Keto Meatballs &amp; Zoodles</w:t>
            </w:r>
          </w:p>
        </w:tc>
      </w:tr>
      <w:tr w:rsidR="007B13F0" w:rsidRPr="00027C99" w14:paraId="57C39771" w14:textId="77777777" w:rsidTr="00A7723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AC06C0" w14:textId="77777777" w:rsidR="007B13F0" w:rsidRPr="00027C99" w:rsidRDefault="007B13F0" w:rsidP="00A7723A">
            <w:r w:rsidRPr="00027C99">
              <w:t>5</w:t>
            </w:r>
          </w:p>
        </w:tc>
        <w:tc>
          <w:tcPr>
            <w:tcW w:w="0" w:type="auto"/>
            <w:vAlign w:val="center"/>
            <w:hideMark/>
          </w:tcPr>
          <w:p w14:paraId="108BA19C" w14:textId="77777777" w:rsidR="007B13F0" w:rsidRPr="00027C99" w:rsidRDefault="007B13F0" w:rsidP="00A7723A">
            <w:r w:rsidRPr="00027C99">
              <w:t>Pork Chops with Creamed Spinach</w:t>
            </w:r>
          </w:p>
        </w:tc>
      </w:tr>
      <w:tr w:rsidR="007B13F0" w:rsidRPr="00027C99" w14:paraId="55C11260" w14:textId="77777777" w:rsidTr="00A7723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95A59E" w14:textId="77777777" w:rsidR="007B13F0" w:rsidRPr="00027C99" w:rsidRDefault="007B13F0" w:rsidP="00A7723A">
            <w:r w:rsidRPr="00027C99">
              <w:t>6</w:t>
            </w:r>
          </w:p>
        </w:tc>
        <w:tc>
          <w:tcPr>
            <w:tcW w:w="0" w:type="auto"/>
            <w:vAlign w:val="center"/>
            <w:hideMark/>
          </w:tcPr>
          <w:p w14:paraId="58FF5086" w14:textId="77777777" w:rsidR="007B13F0" w:rsidRPr="00027C99" w:rsidRDefault="007B13F0" w:rsidP="00A7723A">
            <w:proofErr w:type="spellStart"/>
            <w:r w:rsidRPr="00027C99">
              <w:t>Bunless</w:t>
            </w:r>
            <w:proofErr w:type="spellEnd"/>
            <w:r w:rsidRPr="00027C99">
              <w:t xml:space="preserve"> Cheeseburger Skillet</w:t>
            </w:r>
          </w:p>
        </w:tc>
      </w:tr>
      <w:tr w:rsidR="007B13F0" w:rsidRPr="00027C99" w14:paraId="37682215" w14:textId="77777777" w:rsidTr="00A7723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EAC3B7" w14:textId="77777777" w:rsidR="007B13F0" w:rsidRPr="00027C99" w:rsidRDefault="007B13F0" w:rsidP="00A7723A">
            <w:r w:rsidRPr="00027C99">
              <w:t>7</w:t>
            </w:r>
          </w:p>
        </w:tc>
        <w:tc>
          <w:tcPr>
            <w:tcW w:w="0" w:type="auto"/>
            <w:vAlign w:val="center"/>
            <w:hideMark/>
          </w:tcPr>
          <w:p w14:paraId="4B633153" w14:textId="77777777" w:rsidR="007B13F0" w:rsidRPr="00027C99" w:rsidRDefault="007B13F0" w:rsidP="00A7723A">
            <w:r w:rsidRPr="00027C99">
              <w:t>Lemon Butter Cod &amp; Green Beans</w:t>
            </w:r>
          </w:p>
        </w:tc>
      </w:tr>
      <w:tr w:rsidR="007B13F0" w:rsidRPr="00027C99" w14:paraId="00A47C93" w14:textId="77777777" w:rsidTr="00A7723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F04CCE" w14:textId="77777777" w:rsidR="007B13F0" w:rsidRPr="00027C99" w:rsidRDefault="007B13F0" w:rsidP="00A7723A">
            <w:r w:rsidRPr="00027C99">
              <w:t>8</w:t>
            </w:r>
          </w:p>
        </w:tc>
        <w:tc>
          <w:tcPr>
            <w:tcW w:w="0" w:type="auto"/>
            <w:vAlign w:val="center"/>
            <w:hideMark/>
          </w:tcPr>
          <w:p w14:paraId="0DBF5820" w14:textId="77777777" w:rsidR="007B13F0" w:rsidRPr="00027C99" w:rsidRDefault="007B13F0" w:rsidP="00A7723A">
            <w:r w:rsidRPr="00027C99">
              <w:t>Chicken Alfredo (Zoodle Style)</w:t>
            </w:r>
          </w:p>
        </w:tc>
      </w:tr>
      <w:tr w:rsidR="007B13F0" w:rsidRPr="00027C99" w14:paraId="29A0C960" w14:textId="77777777" w:rsidTr="00A7723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4BC8AD" w14:textId="77777777" w:rsidR="007B13F0" w:rsidRPr="00027C99" w:rsidRDefault="007B13F0" w:rsidP="00A7723A">
            <w:r w:rsidRPr="00027C99">
              <w:t>9</w:t>
            </w:r>
          </w:p>
        </w:tc>
        <w:tc>
          <w:tcPr>
            <w:tcW w:w="0" w:type="auto"/>
            <w:vAlign w:val="center"/>
            <w:hideMark/>
          </w:tcPr>
          <w:p w14:paraId="135E744F" w14:textId="77777777" w:rsidR="007B13F0" w:rsidRPr="00027C99" w:rsidRDefault="007B13F0" w:rsidP="00A7723A">
            <w:r w:rsidRPr="00027C99">
              <w:t>Rosemary Garlic Lamb Chops</w:t>
            </w:r>
          </w:p>
        </w:tc>
      </w:tr>
      <w:tr w:rsidR="007B13F0" w:rsidRPr="00027C99" w14:paraId="06B08416" w14:textId="77777777" w:rsidTr="00A7723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5A3714" w14:textId="77777777" w:rsidR="007B13F0" w:rsidRPr="00027C99" w:rsidRDefault="007B13F0" w:rsidP="00A7723A">
            <w:r w:rsidRPr="00027C99">
              <w:t>10</w:t>
            </w:r>
          </w:p>
        </w:tc>
        <w:tc>
          <w:tcPr>
            <w:tcW w:w="0" w:type="auto"/>
            <w:vAlign w:val="center"/>
            <w:hideMark/>
          </w:tcPr>
          <w:p w14:paraId="57FFAD84" w14:textId="77777777" w:rsidR="007B13F0" w:rsidRPr="00027C99" w:rsidRDefault="007B13F0" w:rsidP="00A7723A">
            <w:r w:rsidRPr="00027C99">
              <w:t>Keto Stuffed Bell Peppers</w:t>
            </w:r>
          </w:p>
        </w:tc>
      </w:tr>
      <w:tr w:rsidR="007B13F0" w:rsidRPr="00027C99" w14:paraId="29D612B6" w14:textId="77777777" w:rsidTr="00A7723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C7FF62" w14:textId="77777777" w:rsidR="007B13F0" w:rsidRPr="00027C99" w:rsidRDefault="007B13F0" w:rsidP="00A7723A">
            <w:r w:rsidRPr="00027C99">
              <w:t>11</w:t>
            </w:r>
          </w:p>
        </w:tc>
        <w:tc>
          <w:tcPr>
            <w:tcW w:w="0" w:type="auto"/>
            <w:vAlign w:val="center"/>
            <w:hideMark/>
          </w:tcPr>
          <w:p w14:paraId="5F9D1FB4" w14:textId="77777777" w:rsidR="007B13F0" w:rsidRPr="00027C99" w:rsidRDefault="007B13F0" w:rsidP="00A7723A">
            <w:r w:rsidRPr="00027C99">
              <w:t>Garlic Butter Shrimp Skillet</w:t>
            </w:r>
          </w:p>
        </w:tc>
      </w:tr>
      <w:tr w:rsidR="007B13F0" w:rsidRPr="00027C99" w14:paraId="64580938" w14:textId="77777777" w:rsidTr="00A7723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988D30" w14:textId="77777777" w:rsidR="007B13F0" w:rsidRPr="00027C99" w:rsidRDefault="007B13F0" w:rsidP="00A7723A">
            <w:r w:rsidRPr="00027C99">
              <w:t>12</w:t>
            </w:r>
          </w:p>
        </w:tc>
        <w:tc>
          <w:tcPr>
            <w:tcW w:w="0" w:type="auto"/>
            <w:vAlign w:val="center"/>
            <w:hideMark/>
          </w:tcPr>
          <w:p w14:paraId="3B6D1F56" w14:textId="77777777" w:rsidR="007B13F0" w:rsidRPr="00027C99" w:rsidRDefault="007B13F0" w:rsidP="00A7723A">
            <w:r w:rsidRPr="00027C99">
              <w:t>Braised Beef Short Ribs</w:t>
            </w:r>
          </w:p>
        </w:tc>
      </w:tr>
      <w:tr w:rsidR="007B13F0" w:rsidRPr="00027C99" w14:paraId="2BA2DCC0" w14:textId="77777777" w:rsidTr="00A7723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66A786" w14:textId="77777777" w:rsidR="007B13F0" w:rsidRPr="00027C99" w:rsidRDefault="007B13F0" w:rsidP="00A7723A">
            <w:r w:rsidRPr="00027C99">
              <w:t>13</w:t>
            </w:r>
          </w:p>
        </w:tc>
        <w:tc>
          <w:tcPr>
            <w:tcW w:w="0" w:type="auto"/>
            <w:vAlign w:val="center"/>
            <w:hideMark/>
          </w:tcPr>
          <w:p w14:paraId="1D359507" w14:textId="77777777" w:rsidR="007B13F0" w:rsidRPr="00027C99" w:rsidRDefault="007B13F0" w:rsidP="00A7723A">
            <w:r w:rsidRPr="00027C99">
              <w:t>Chicken Bacon Ranch Skillet</w:t>
            </w:r>
          </w:p>
        </w:tc>
      </w:tr>
      <w:tr w:rsidR="007B13F0" w:rsidRPr="00027C99" w14:paraId="6748AD23" w14:textId="77777777" w:rsidTr="00A7723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FB75DD" w14:textId="77777777" w:rsidR="007B13F0" w:rsidRPr="00027C99" w:rsidRDefault="007B13F0" w:rsidP="00A7723A">
            <w:r w:rsidRPr="00027C99">
              <w:t>14</w:t>
            </w:r>
          </w:p>
        </w:tc>
        <w:tc>
          <w:tcPr>
            <w:tcW w:w="0" w:type="auto"/>
            <w:vAlign w:val="center"/>
            <w:hideMark/>
          </w:tcPr>
          <w:p w14:paraId="46E55708" w14:textId="77777777" w:rsidR="007B13F0" w:rsidRPr="00027C99" w:rsidRDefault="007B13F0" w:rsidP="00A7723A">
            <w:r w:rsidRPr="00027C99">
              <w:t>Keto Turkey Meatloaf</w:t>
            </w:r>
          </w:p>
        </w:tc>
      </w:tr>
    </w:tbl>
    <w:p w14:paraId="78070CF7" w14:textId="77777777" w:rsidR="007B13F0" w:rsidRDefault="007B13F0">
      <w:pPr>
        <w:pStyle w:val="Heading2"/>
      </w:pPr>
    </w:p>
    <w:p w14:paraId="6198C8A4" w14:textId="418948EE" w:rsidR="00F157F2" w:rsidRDefault="007B13F0">
      <w:pPr>
        <w:pStyle w:val="Heading2"/>
      </w:pPr>
      <w:r>
        <w:br w:type="column"/>
      </w:r>
      <w:r>
        <w:lastRenderedPageBreak/>
        <w:t>Day 1 – Garlic Butter Steak &amp; Broccoli</w:t>
      </w:r>
    </w:p>
    <w:p w14:paraId="3D562B85" w14:textId="77777777" w:rsidR="00F157F2" w:rsidRDefault="00000000">
      <w:r>
        <w:t>[Insert meal image here]</w:t>
      </w:r>
    </w:p>
    <w:p w14:paraId="2DD07565" w14:textId="3BA15920" w:rsidR="00F157F2" w:rsidRDefault="00000000">
      <w:r>
        <w:t>Ingredients:</w:t>
      </w:r>
      <w:r>
        <w:br/>
        <w:t>- 10 oz sirloin or ribeye steak</w:t>
      </w:r>
      <w:r>
        <w:br/>
        <w:t>- 2 tbsp butter</w:t>
      </w:r>
      <w:r>
        <w:br/>
        <w:t>- 1 clove garlic, minced</w:t>
      </w:r>
      <w:r>
        <w:br/>
        <w:t>- 1½ cups broccoli</w:t>
      </w:r>
      <w:r>
        <w:br/>
        <w:t>- Salt &amp; pepper</w:t>
      </w:r>
      <w:r>
        <w:br/>
      </w:r>
      <w:r>
        <w:br/>
        <w:t>Instructions:</w:t>
      </w:r>
      <w:r>
        <w:br/>
        <w:t>Season steak. Pan-sear in butter 3–4 min per side. Rest. Sauté garlic briefly, add broccoli with splash of water, steam 4–5 min. Serve with garlic butter.</w:t>
      </w:r>
    </w:p>
    <w:p w14:paraId="313462A2" w14:textId="37E4FEA9" w:rsidR="00F157F2" w:rsidRDefault="00027C99">
      <w:r>
        <w:rPr>
          <w:noProof/>
        </w:rPr>
        <w:drawing>
          <wp:anchor distT="0" distB="0" distL="114300" distR="114300" simplePos="0" relativeHeight="251641856" behindDoc="0" locked="0" layoutInCell="1" allowOverlap="1" wp14:anchorId="39ACDCFB" wp14:editId="751EDEC3">
            <wp:simplePos x="0" y="0"/>
            <wp:positionH relativeFrom="column">
              <wp:posOffset>1221740</wp:posOffset>
            </wp:positionH>
            <wp:positionV relativeFrom="paragraph">
              <wp:posOffset>242570</wp:posOffset>
            </wp:positionV>
            <wp:extent cx="3035299" cy="4552950"/>
            <wp:effectExtent l="0" t="0" r="0" b="0"/>
            <wp:wrapNone/>
            <wp:docPr id="319003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99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1B8AA82" w14:textId="304CE5F5" w:rsidR="00F157F2" w:rsidRDefault="00000000">
      <w:pPr>
        <w:pStyle w:val="Heading2"/>
      </w:pPr>
      <w:r>
        <w:lastRenderedPageBreak/>
        <w:t>Day 2 – Creamy Tuscan Chicken Thighs</w:t>
      </w:r>
    </w:p>
    <w:p w14:paraId="647205E8" w14:textId="074B8DB8" w:rsidR="00F157F2" w:rsidRDefault="00000000">
      <w:r>
        <w:t>[Insert meal image here]</w:t>
      </w:r>
    </w:p>
    <w:p w14:paraId="05597678" w14:textId="649F34DD" w:rsidR="00F157F2" w:rsidRDefault="00000000">
      <w:r>
        <w:t>Ingredients:</w:t>
      </w:r>
      <w:r>
        <w:br/>
        <w:t>- 2 boneless chicken thighs</w:t>
      </w:r>
      <w:r>
        <w:br/>
        <w:t>- ½ cup heavy cream</w:t>
      </w:r>
      <w:r>
        <w:br/>
        <w:t>- ¼ cup sun-dried tomatoes</w:t>
      </w:r>
      <w:r>
        <w:br/>
        <w:t>- 1 cup spinach</w:t>
      </w:r>
      <w:r>
        <w:br/>
        <w:t>- ¼ cup parmesan</w:t>
      </w:r>
      <w:r>
        <w:br/>
      </w:r>
      <w:r>
        <w:br/>
        <w:t>Instructions:</w:t>
      </w:r>
      <w:r>
        <w:br/>
        <w:t>Brown chicken. Remove. Simmer cream, tomatoes, parmesan. Return chicken, add spinach, cook until thickened.</w:t>
      </w:r>
    </w:p>
    <w:p w14:paraId="54227D42" w14:textId="7B4AB8DF" w:rsidR="00F157F2" w:rsidRDefault="00B505BB">
      <w:r>
        <w:rPr>
          <w:noProof/>
        </w:rPr>
        <w:drawing>
          <wp:anchor distT="0" distB="0" distL="114300" distR="114300" simplePos="0" relativeHeight="251661312" behindDoc="0" locked="0" layoutInCell="1" allowOverlap="1" wp14:anchorId="293AA3AE" wp14:editId="7F0A0D1B">
            <wp:simplePos x="0" y="0"/>
            <wp:positionH relativeFrom="column">
              <wp:posOffset>809625</wp:posOffset>
            </wp:positionH>
            <wp:positionV relativeFrom="paragraph">
              <wp:posOffset>218440</wp:posOffset>
            </wp:positionV>
            <wp:extent cx="3486150" cy="5229805"/>
            <wp:effectExtent l="0" t="0" r="0" b="9525"/>
            <wp:wrapNone/>
            <wp:docPr id="169631723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22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A2C3880" w14:textId="77777777" w:rsidR="00F157F2" w:rsidRDefault="00000000">
      <w:pPr>
        <w:pStyle w:val="Heading2"/>
      </w:pPr>
      <w:r>
        <w:lastRenderedPageBreak/>
        <w:t>Day 3 – Lemon Dill Butter Salmon</w:t>
      </w:r>
    </w:p>
    <w:p w14:paraId="1D805314" w14:textId="77777777" w:rsidR="00F157F2" w:rsidRDefault="00000000">
      <w:r>
        <w:t>[Insert meal image here]</w:t>
      </w:r>
    </w:p>
    <w:p w14:paraId="5EFFF22B" w14:textId="7AA10941" w:rsidR="00F157F2" w:rsidRDefault="00000000">
      <w:r>
        <w:t>Ingredients:</w:t>
      </w:r>
      <w:r>
        <w:br/>
        <w:t>- 6–7 oz salmon</w:t>
      </w:r>
      <w:r>
        <w:br/>
        <w:t>- 2 tbsp butter</w:t>
      </w:r>
      <w:r>
        <w:br/>
        <w:t>- Lemon zest &amp; juice</w:t>
      </w:r>
      <w:r>
        <w:br/>
        <w:t>- Fresh dill</w:t>
      </w:r>
      <w:r>
        <w:br/>
      </w:r>
      <w:r>
        <w:br/>
        <w:t>Instructions:</w:t>
      </w:r>
      <w:r>
        <w:br/>
        <w:t>Bake salmon at 400°F for 12–15 min. Melt butter with lemon and dill. Spoon over salmon.</w:t>
      </w:r>
    </w:p>
    <w:p w14:paraId="1BFA358A" w14:textId="0EECF269" w:rsidR="00F157F2" w:rsidRDefault="00027C99">
      <w:r>
        <w:rPr>
          <w:noProof/>
        </w:rPr>
        <w:drawing>
          <wp:anchor distT="0" distB="0" distL="114300" distR="114300" simplePos="0" relativeHeight="251657216" behindDoc="0" locked="0" layoutInCell="1" allowOverlap="1" wp14:anchorId="43266CD3" wp14:editId="4CD57CEE">
            <wp:simplePos x="0" y="0"/>
            <wp:positionH relativeFrom="column">
              <wp:posOffset>85725</wp:posOffset>
            </wp:positionH>
            <wp:positionV relativeFrom="paragraph">
              <wp:posOffset>76835</wp:posOffset>
            </wp:positionV>
            <wp:extent cx="4095750" cy="6143625"/>
            <wp:effectExtent l="0" t="0" r="0" b="9525"/>
            <wp:wrapNone/>
            <wp:docPr id="190007388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8E4A168" w14:textId="77777777" w:rsidR="00F157F2" w:rsidRDefault="00000000">
      <w:pPr>
        <w:pStyle w:val="Heading2"/>
      </w:pPr>
      <w:r>
        <w:lastRenderedPageBreak/>
        <w:t>Day 4 – Keto Meatballs with Zoodles</w:t>
      </w:r>
    </w:p>
    <w:p w14:paraId="26110E6A" w14:textId="77777777" w:rsidR="00F157F2" w:rsidRDefault="00000000">
      <w:r>
        <w:t>[Insert meal image here]</w:t>
      </w:r>
    </w:p>
    <w:p w14:paraId="7762C71B" w14:textId="77777777" w:rsidR="00F157F2" w:rsidRDefault="00000000">
      <w:r>
        <w:t>Ingredients:</w:t>
      </w:r>
      <w:r>
        <w:br/>
        <w:t>- ¾ lb ground beef</w:t>
      </w:r>
      <w:r>
        <w:br/>
        <w:t>- 1 egg</w:t>
      </w:r>
      <w:r>
        <w:br/>
        <w:t>- ¼ cup parmesan</w:t>
      </w:r>
      <w:r>
        <w:br/>
        <w:t>- 1 tbsp almond flour</w:t>
      </w:r>
      <w:r>
        <w:br/>
        <w:t>- 2 cups zucchini noodles</w:t>
      </w:r>
      <w:r>
        <w:br/>
      </w:r>
      <w:r>
        <w:br/>
        <w:t>Instructions:</w:t>
      </w:r>
      <w:r>
        <w:br/>
        <w:t>Mix meatball ingredients, form balls. Bake at 375°F for 20 min. Lightly sauté zoodles and serve.</w:t>
      </w:r>
    </w:p>
    <w:p w14:paraId="237D4568" w14:textId="1F49DCA2" w:rsidR="00F157F2" w:rsidRDefault="00027C99">
      <w:r>
        <w:rPr>
          <w:noProof/>
        </w:rPr>
        <w:drawing>
          <wp:inline distT="0" distB="0" distL="0" distR="0" wp14:anchorId="6FA1EA85" wp14:editId="31AEEEF2">
            <wp:extent cx="4762500" cy="4762500"/>
            <wp:effectExtent l="0" t="0" r="0" b="0"/>
            <wp:docPr id="11740623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7DC5E28" w14:textId="77777777" w:rsidR="00F157F2" w:rsidRDefault="00000000">
      <w:pPr>
        <w:pStyle w:val="Heading2"/>
      </w:pPr>
      <w:r>
        <w:lastRenderedPageBreak/>
        <w:t>Day 5 – Pork Chops with Creamed Spinach</w:t>
      </w:r>
    </w:p>
    <w:p w14:paraId="7C14E0EC" w14:textId="77777777" w:rsidR="00F157F2" w:rsidRDefault="00000000">
      <w:r>
        <w:t>[Insert meal image here]</w:t>
      </w:r>
    </w:p>
    <w:p w14:paraId="4805A702" w14:textId="77777777" w:rsidR="00F157F2" w:rsidRDefault="00000000">
      <w:r>
        <w:t>Ingredients:</w:t>
      </w:r>
      <w:r>
        <w:br/>
        <w:t>- 2 pork chops</w:t>
      </w:r>
      <w:r>
        <w:br/>
        <w:t>- ½ cup heavy cream</w:t>
      </w:r>
      <w:r>
        <w:br/>
        <w:t>- 1 oz cream cheese</w:t>
      </w:r>
      <w:r>
        <w:br/>
        <w:t>- 1 cup spinach</w:t>
      </w:r>
      <w:r>
        <w:br/>
      </w:r>
      <w:r>
        <w:br/>
        <w:t>Instructions:</w:t>
      </w:r>
      <w:r>
        <w:br/>
        <w:t>Pan-sear chops 4–5 min per side. Remove. Simmer cream and cream cheese, stir in spinach, serve.</w:t>
      </w:r>
    </w:p>
    <w:p w14:paraId="35D995CB" w14:textId="3F7537ED" w:rsidR="00B505BB" w:rsidRDefault="00B505BB" w:rsidP="00B505BB">
      <w:pPr>
        <w:jc w:val="center"/>
      </w:pPr>
      <w:r>
        <w:rPr>
          <w:noProof/>
        </w:rPr>
        <w:drawing>
          <wp:inline distT="0" distB="0" distL="0" distR="0" wp14:anchorId="0EEF435C" wp14:editId="0BF7E61C">
            <wp:extent cx="3771900" cy="5657850"/>
            <wp:effectExtent l="0" t="0" r="0" b="0"/>
            <wp:docPr id="163307276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92BA4" w14:textId="77777777" w:rsidR="00F157F2" w:rsidRDefault="00000000">
      <w:pPr>
        <w:pStyle w:val="Heading2"/>
      </w:pPr>
      <w:r>
        <w:lastRenderedPageBreak/>
        <w:t xml:space="preserve">Day 6 – </w:t>
      </w:r>
      <w:proofErr w:type="spellStart"/>
      <w:r>
        <w:t>Bunless</w:t>
      </w:r>
      <w:proofErr w:type="spellEnd"/>
      <w:r>
        <w:t xml:space="preserve"> Cheeseburger Skillet</w:t>
      </w:r>
    </w:p>
    <w:p w14:paraId="048BFD23" w14:textId="77777777" w:rsidR="00F157F2" w:rsidRDefault="00000000">
      <w:r>
        <w:t>[Insert meal image here]</w:t>
      </w:r>
    </w:p>
    <w:p w14:paraId="097AD0EE" w14:textId="77777777" w:rsidR="00F157F2" w:rsidRDefault="00000000">
      <w:r>
        <w:t>Ingredients:</w:t>
      </w:r>
      <w:r>
        <w:br/>
        <w:t>- ¾ lb ground beef</w:t>
      </w:r>
      <w:r>
        <w:br/>
        <w:t>- ½ cup shredded cheddar</w:t>
      </w:r>
      <w:r>
        <w:br/>
        <w:t>- Pickles &amp; mustard</w:t>
      </w:r>
      <w:r>
        <w:br/>
      </w:r>
      <w:r>
        <w:br/>
        <w:t>Instructions:</w:t>
      </w:r>
      <w:r>
        <w:br/>
        <w:t>Brown beef. Season. Top with cheese and melt. Serve with pickles and mustard.</w:t>
      </w:r>
    </w:p>
    <w:p w14:paraId="47ADEA31" w14:textId="32CBD1FD" w:rsidR="00F157F2" w:rsidRDefault="00027C99">
      <w:r>
        <w:rPr>
          <w:noProof/>
        </w:rPr>
        <w:drawing>
          <wp:inline distT="0" distB="0" distL="0" distR="0" wp14:anchorId="5043B52B" wp14:editId="1646C1E3">
            <wp:extent cx="4400550" cy="5867400"/>
            <wp:effectExtent l="0" t="0" r="0" b="0"/>
            <wp:docPr id="7810260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630" cy="586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5FE2853" w14:textId="77777777" w:rsidR="00F157F2" w:rsidRDefault="00000000">
      <w:pPr>
        <w:pStyle w:val="Heading2"/>
      </w:pPr>
      <w:r>
        <w:lastRenderedPageBreak/>
        <w:t>Day 7 – Lemon Butter Cod &amp; Green Beans</w:t>
      </w:r>
    </w:p>
    <w:p w14:paraId="325DDFC8" w14:textId="77777777" w:rsidR="00F157F2" w:rsidRDefault="00000000">
      <w:r>
        <w:t>[Insert meal image here]</w:t>
      </w:r>
    </w:p>
    <w:p w14:paraId="565EB739" w14:textId="77777777" w:rsidR="00F157F2" w:rsidRDefault="00000000">
      <w:r>
        <w:t>Ingredients:</w:t>
      </w:r>
      <w:r>
        <w:br/>
        <w:t>- 7 oz cod</w:t>
      </w:r>
      <w:r>
        <w:br/>
        <w:t>- 2 tbsp butter</w:t>
      </w:r>
      <w:r>
        <w:br/>
        <w:t>- Lemon juice</w:t>
      </w:r>
      <w:r>
        <w:br/>
        <w:t>- 1 cup green beans</w:t>
      </w:r>
      <w:r>
        <w:br/>
      </w:r>
      <w:r>
        <w:br/>
        <w:t>Instructions:</w:t>
      </w:r>
      <w:r>
        <w:br/>
        <w:t>Bake cod at 400°F for 12 min. Steam green beans. Finish with lemon butter.</w:t>
      </w:r>
    </w:p>
    <w:p w14:paraId="0AA7EF0F" w14:textId="47CEBEEE" w:rsidR="00F157F2" w:rsidRDefault="00000000">
      <w:r>
        <w:br w:type="page"/>
      </w:r>
      <w:r w:rsidR="00B505BB">
        <w:rPr>
          <w:noProof/>
        </w:rPr>
        <w:drawing>
          <wp:anchor distT="0" distB="0" distL="114300" distR="114300" simplePos="0" relativeHeight="251660800" behindDoc="0" locked="0" layoutInCell="1" allowOverlap="1" wp14:anchorId="617F9623" wp14:editId="560AEFD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06800" cy="5410200"/>
            <wp:effectExtent l="0" t="0" r="0" b="0"/>
            <wp:wrapNone/>
            <wp:docPr id="109886206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62061" name="Picture 109886206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068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AD4C2" w14:textId="2AAE72A9" w:rsidR="00F157F2" w:rsidRDefault="00000000">
      <w:pPr>
        <w:pStyle w:val="Heading2"/>
      </w:pPr>
      <w:r>
        <w:lastRenderedPageBreak/>
        <w:t>Day 8 – Chicken Alfredo (Zoodle Style)</w:t>
      </w:r>
    </w:p>
    <w:p w14:paraId="54110D29" w14:textId="11FF3E9B" w:rsidR="00F157F2" w:rsidRDefault="00000000">
      <w:r>
        <w:t>[Insert meal image here]</w:t>
      </w:r>
    </w:p>
    <w:p w14:paraId="2D32D34F" w14:textId="291C8869" w:rsidR="00F157F2" w:rsidRDefault="00000000">
      <w:r>
        <w:t>Ingredients:</w:t>
      </w:r>
      <w:r>
        <w:br/>
        <w:t>- 6 oz chicken breast</w:t>
      </w:r>
      <w:r>
        <w:br/>
        <w:t>- ½ cup heavy cream</w:t>
      </w:r>
      <w:r>
        <w:br/>
        <w:t>- ¼ cup parmesan</w:t>
      </w:r>
      <w:r>
        <w:br/>
        <w:t>- 2 cups zucchini noodles</w:t>
      </w:r>
      <w:r>
        <w:br/>
      </w:r>
      <w:r>
        <w:br/>
        <w:t>Instructions:</w:t>
      </w:r>
      <w:r>
        <w:br/>
        <w:t>Cook chicken, slice. Simmer cream and parmesan. Toss with zoodles and chicken.</w:t>
      </w:r>
    </w:p>
    <w:p w14:paraId="11E14961" w14:textId="2A1F3A38" w:rsidR="00F157F2" w:rsidRDefault="00B505BB" w:rsidP="00B505BB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06D4FD4" wp14:editId="35268BA8">
            <wp:simplePos x="0" y="0"/>
            <wp:positionH relativeFrom="column">
              <wp:posOffset>0</wp:posOffset>
            </wp:positionH>
            <wp:positionV relativeFrom="paragraph">
              <wp:posOffset>305435</wp:posOffset>
            </wp:positionV>
            <wp:extent cx="4800600" cy="4800600"/>
            <wp:effectExtent l="0" t="0" r="0" b="0"/>
            <wp:wrapNone/>
            <wp:docPr id="4521443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AC8D340" w14:textId="77777777" w:rsidR="00F157F2" w:rsidRDefault="00000000">
      <w:pPr>
        <w:pStyle w:val="Heading2"/>
      </w:pPr>
      <w:r>
        <w:lastRenderedPageBreak/>
        <w:t>Day 9 – Rosemary Garlic Lamb Chops</w:t>
      </w:r>
    </w:p>
    <w:p w14:paraId="555CFCE4" w14:textId="77777777" w:rsidR="00F157F2" w:rsidRDefault="00000000">
      <w:r>
        <w:t>[Insert meal image here]</w:t>
      </w:r>
    </w:p>
    <w:p w14:paraId="6B5E8AF8" w14:textId="77777777" w:rsidR="00F157F2" w:rsidRDefault="00000000">
      <w:r>
        <w:t>Ingredients:</w:t>
      </w:r>
      <w:r>
        <w:br/>
        <w:t>- 2 lamb chops</w:t>
      </w:r>
      <w:r>
        <w:br/>
        <w:t>- Garlic, rosemary</w:t>
      </w:r>
      <w:r>
        <w:br/>
        <w:t>- Butter</w:t>
      </w:r>
      <w:r>
        <w:br/>
      </w:r>
      <w:r>
        <w:br/>
        <w:t>Instructions:</w:t>
      </w:r>
      <w:r>
        <w:br/>
        <w:t>Season chops. Pan-sear 3–4 min per side. Finish with butter and herbs.</w:t>
      </w:r>
    </w:p>
    <w:p w14:paraId="25064BA0" w14:textId="02AA8518" w:rsidR="00F157F2" w:rsidRDefault="00B505BB" w:rsidP="00B505BB">
      <w:pPr>
        <w:jc w:val="center"/>
      </w:pPr>
      <w:r>
        <w:rPr>
          <w:noProof/>
        </w:rPr>
        <w:drawing>
          <wp:inline distT="0" distB="0" distL="0" distR="0" wp14:anchorId="62C09733" wp14:editId="5337E53A">
            <wp:extent cx="3594100" cy="5391150"/>
            <wp:effectExtent l="0" t="0" r="6350" b="0"/>
            <wp:docPr id="5998443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D8FF297" w14:textId="77777777" w:rsidR="00F157F2" w:rsidRDefault="00000000">
      <w:pPr>
        <w:pStyle w:val="Heading2"/>
      </w:pPr>
      <w:r>
        <w:lastRenderedPageBreak/>
        <w:t>Day 10 – Keto Stuffed Bell Peppers</w:t>
      </w:r>
    </w:p>
    <w:p w14:paraId="165A9746" w14:textId="70852842" w:rsidR="00F157F2" w:rsidRDefault="00000000">
      <w:r>
        <w:t>[Insert meal image here]</w:t>
      </w:r>
    </w:p>
    <w:p w14:paraId="2C6A1B31" w14:textId="591D0087" w:rsidR="00F157F2" w:rsidRDefault="00000000">
      <w:r>
        <w:t>Ingredients:</w:t>
      </w:r>
      <w:r>
        <w:br/>
        <w:t>- 2 bell peppers</w:t>
      </w:r>
      <w:r>
        <w:br/>
        <w:t>- ¾ lb ground beef</w:t>
      </w:r>
      <w:r>
        <w:br/>
        <w:t>- ½ cup cauliflower rice</w:t>
      </w:r>
      <w:r>
        <w:br/>
        <w:t>- ½ cup cheese</w:t>
      </w:r>
      <w:r>
        <w:br/>
      </w:r>
      <w:r>
        <w:br/>
        <w:t>Instructions:</w:t>
      </w:r>
      <w:r>
        <w:br/>
        <w:t>Brown beef, add cauliflower rice. Stuff peppers, top with cheese. Bake at 375°F for 25 min.</w:t>
      </w:r>
    </w:p>
    <w:p w14:paraId="7DA1FA91" w14:textId="48AA2524" w:rsidR="00F157F2" w:rsidRDefault="00027C99">
      <w:r>
        <w:rPr>
          <w:noProof/>
        </w:rPr>
        <w:drawing>
          <wp:anchor distT="0" distB="0" distL="114300" distR="114300" simplePos="0" relativeHeight="251653120" behindDoc="0" locked="0" layoutInCell="1" allowOverlap="1" wp14:anchorId="5989D84C" wp14:editId="1AB92BE4">
            <wp:simplePos x="0" y="0"/>
            <wp:positionH relativeFrom="column">
              <wp:posOffset>1171575</wp:posOffset>
            </wp:positionH>
            <wp:positionV relativeFrom="paragraph">
              <wp:posOffset>162560</wp:posOffset>
            </wp:positionV>
            <wp:extent cx="3562350" cy="5343525"/>
            <wp:effectExtent l="0" t="0" r="0" b="9525"/>
            <wp:wrapNone/>
            <wp:docPr id="11473248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A168FBA" w14:textId="77777777" w:rsidR="00F157F2" w:rsidRDefault="00000000">
      <w:pPr>
        <w:pStyle w:val="Heading2"/>
      </w:pPr>
      <w:r>
        <w:lastRenderedPageBreak/>
        <w:t>Day 11 – Garlic Butter Shrimp Skillet</w:t>
      </w:r>
    </w:p>
    <w:p w14:paraId="5E94A092" w14:textId="77777777" w:rsidR="00F157F2" w:rsidRDefault="00000000">
      <w:r>
        <w:t>[Insert meal image here]</w:t>
      </w:r>
    </w:p>
    <w:p w14:paraId="06E0DE41" w14:textId="77777777" w:rsidR="00F157F2" w:rsidRDefault="00000000">
      <w:r>
        <w:t>Ingredients:</w:t>
      </w:r>
      <w:r>
        <w:br/>
        <w:t>- 10 oz shrimp</w:t>
      </w:r>
      <w:r>
        <w:br/>
        <w:t>- 2 tbsp butter</w:t>
      </w:r>
      <w:r>
        <w:br/>
        <w:t>- Garlic, lemon</w:t>
      </w:r>
      <w:r>
        <w:br/>
      </w:r>
      <w:r>
        <w:br/>
        <w:t>Instructions:</w:t>
      </w:r>
      <w:r>
        <w:br/>
        <w:t>Sauté garlic in butter. Add shrimp 2–3 min per side. Finish with lemon.</w:t>
      </w:r>
    </w:p>
    <w:p w14:paraId="7BBB1596" w14:textId="211C9959" w:rsidR="00F157F2" w:rsidRDefault="00027C99">
      <w:r>
        <w:rPr>
          <w:noProof/>
        </w:rPr>
        <w:drawing>
          <wp:anchor distT="0" distB="0" distL="114300" distR="114300" simplePos="0" relativeHeight="251657728" behindDoc="0" locked="0" layoutInCell="1" allowOverlap="1" wp14:anchorId="6133B955" wp14:editId="22C873AA">
            <wp:simplePos x="0" y="0"/>
            <wp:positionH relativeFrom="column">
              <wp:posOffset>866775</wp:posOffset>
            </wp:positionH>
            <wp:positionV relativeFrom="paragraph">
              <wp:posOffset>8890</wp:posOffset>
            </wp:positionV>
            <wp:extent cx="3124200" cy="4686300"/>
            <wp:effectExtent l="0" t="0" r="0" b="0"/>
            <wp:wrapNone/>
            <wp:docPr id="19462955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5338219D" w14:textId="77777777" w:rsidR="00F157F2" w:rsidRDefault="00000000">
      <w:pPr>
        <w:pStyle w:val="Heading2"/>
      </w:pPr>
      <w:r>
        <w:lastRenderedPageBreak/>
        <w:t>Day 12 – Braised Beef Short Ribs</w:t>
      </w:r>
    </w:p>
    <w:p w14:paraId="2B6E6345" w14:textId="77777777" w:rsidR="00F157F2" w:rsidRDefault="00000000">
      <w:r>
        <w:t>[Insert meal image here]</w:t>
      </w:r>
    </w:p>
    <w:p w14:paraId="44E322BC" w14:textId="77777777" w:rsidR="00F157F2" w:rsidRDefault="00000000">
      <w:r>
        <w:t>Ingredients:</w:t>
      </w:r>
      <w:r>
        <w:br/>
        <w:t>- 1 lb beef short ribs</w:t>
      </w:r>
      <w:r>
        <w:br/>
        <w:t>- Beef broth</w:t>
      </w:r>
      <w:r>
        <w:br/>
        <w:t>- Garlic, onion</w:t>
      </w:r>
      <w:r>
        <w:br/>
      </w:r>
      <w:r>
        <w:br/>
        <w:t>Instructions:</w:t>
      </w:r>
      <w:r>
        <w:br/>
        <w:t>Brown ribs. Add broth halfway up ribs. Cover and bake at 325°F for 2½ hours.</w:t>
      </w:r>
    </w:p>
    <w:p w14:paraId="58B869E0" w14:textId="601F7EA5" w:rsidR="00F157F2" w:rsidRDefault="00027C99" w:rsidP="00B505BB">
      <w:pPr>
        <w:jc w:val="center"/>
      </w:pPr>
      <w:r>
        <w:rPr>
          <w:noProof/>
        </w:rPr>
        <w:drawing>
          <wp:inline distT="0" distB="0" distL="0" distR="0" wp14:anchorId="1F922F63" wp14:editId="334A6343">
            <wp:extent cx="3778495" cy="4888865"/>
            <wp:effectExtent l="0" t="0" r="0" b="6985"/>
            <wp:docPr id="19270646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42" cy="489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5C29F93" w14:textId="5B872595" w:rsidR="00F157F2" w:rsidRDefault="00000000">
      <w:pPr>
        <w:pStyle w:val="Heading2"/>
      </w:pPr>
      <w:r>
        <w:lastRenderedPageBreak/>
        <w:t>Day 13 – Chicken Bacon Ranch Skillet</w:t>
      </w:r>
    </w:p>
    <w:p w14:paraId="0670A525" w14:textId="74C0C350" w:rsidR="00F157F2" w:rsidRDefault="00000000">
      <w:r>
        <w:t>[Insert meal image here]</w:t>
      </w:r>
    </w:p>
    <w:p w14:paraId="2A7C2EA5" w14:textId="26D4A4C0" w:rsidR="00F157F2" w:rsidRDefault="00000000">
      <w:r>
        <w:t>Ingredients:</w:t>
      </w:r>
      <w:r>
        <w:br/>
        <w:t>- Chicken breast</w:t>
      </w:r>
      <w:r>
        <w:br/>
        <w:t>- Bacon strips</w:t>
      </w:r>
      <w:r>
        <w:br/>
        <w:t>- ¼ cup cream</w:t>
      </w:r>
      <w:r>
        <w:br/>
        <w:t>- Ranch seasoning</w:t>
      </w:r>
      <w:r>
        <w:br/>
      </w:r>
      <w:r>
        <w:br/>
        <w:t>Instructions:</w:t>
      </w:r>
      <w:r>
        <w:br/>
        <w:t>Cook bacon. Cook chicken in fat. Add cream, seasoning, crumble bacon in.</w:t>
      </w:r>
    </w:p>
    <w:p w14:paraId="79163E3D" w14:textId="64FAF40A" w:rsidR="00F157F2" w:rsidRDefault="00B505BB">
      <w:r>
        <w:rPr>
          <w:noProof/>
        </w:rPr>
        <w:drawing>
          <wp:anchor distT="0" distB="0" distL="114300" distR="114300" simplePos="0" relativeHeight="251663360" behindDoc="0" locked="0" layoutInCell="1" allowOverlap="1" wp14:anchorId="132EC0EF" wp14:editId="3FA5C888">
            <wp:simplePos x="0" y="0"/>
            <wp:positionH relativeFrom="column">
              <wp:posOffset>123825</wp:posOffset>
            </wp:positionH>
            <wp:positionV relativeFrom="paragraph">
              <wp:posOffset>10160</wp:posOffset>
            </wp:positionV>
            <wp:extent cx="6424024" cy="5181600"/>
            <wp:effectExtent l="0" t="0" r="0" b="0"/>
            <wp:wrapNone/>
            <wp:docPr id="6658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64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31640" cy="5187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55EA33E" w14:textId="77777777" w:rsidR="00F157F2" w:rsidRDefault="00000000">
      <w:pPr>
        <w:pStyle w:val="Heading2"/>
      </w:pPr>
      <w:r>
        <w:lastRenderedPageBreak/>
        <w:t>Day 14 – Keto Turkey Meatloaf</w:t>
      </w:r>
    </w:p>
    <w:p w14:paraId="7AA96FBD" w14:textId="38385A16" w:rsidR="00F157F2" w:rsidRDefault="00000000">
      <w:r>
        <w:t>[Insert meal image here]</w:t>
      </w:r>
    </w:p>
    <w:p w14:paraId="5130AD48" w14:textId="333C240B" w:rsidR="00F157F2" w:rsidRDefault="00000000">
      <w:r>
        <w:t>Ingredients:</w:t>
      </w:r>
      <w:r>
        <w:br/>
        <w:t xml:space="preserve">- 1 </w:t>
      </w:r>
      <w:proofErr w:type="spellStart"/>
      <w:r>
        <w:t>lb</w:t>
      </w:r>
      <w:proofErr w:type="spellEnd"/>
      <w:r>
        <w:t xml:space="preserve"> ground turkey</w:t>
      </w:r>
      <w:r>
        <w:br/>
        <w:t>- 1 egg</w:t>
      </w:r>
      <w:r>
        <w:br/>
        <w:t>- ¼ cup almond flour</w:t>
      </w:r>
      <w:r>
        <w:br/>
        <w:t>- Spices</w:t>
      </w:r>
      <w:r>
        <w:br/>
      </w:r>
      <w:r>
        <w:br/>
        <w:t>Instructions:</w:t>
      </w:r>
      <w:r>
        <w:br/>
        <w:t>Mix ingredients. Bake at 375°F for 45 min. Rest 5 min before slicing.</w:t>
      </w:r>
    </w:p>
    <w:p w14:paraId="138CCB1E" w14:textId="247BB21C" w:rsidR="00027C99" w:rsidRDefault="00027C99"/>
    <w:p w14:paraId="3FF83F9C" w14:textId="386CA767" w:rsidR="00027C99" w:rsidRDefault="00027C99">
      <w:r>
        <w:rPr>
          <w:noProof/>
        </w:rPr>
        <w:drawing>
          <wp:anchor distT="0" distB="0" distL="114300" distR="114300" simplePos="0" relativeHeight="251650048" behindDoc="0" locked="0" layoutInCell="1" allowOverlap="1" wp14:anchorId="5B23A74F" wp14:editId="3C54C292">
            <wp:simplePos x="0" y="0"/>
            <wp:positionH relativeFrom="column">
              <wp:posOffset>1390650</wp:posOffset>
            </wp:positionH>
            <wp:positionV relativeFrom="paragraph">
              <wp:posOffset>94615</wp:posOffset>
            </wp:positionV>
            <wp:extent cx="3409950" cy="5114925"/>
            <wp:effectExtent l="0" t="0" r="0" b="9525"/>
            <wp:wrapNone/>
            <wp:docPr id="3285349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7C99" w:rsidSect="00034616">
      <w:footerReference w:type="default" r:id="rId2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0B1095" w14:textId="77777777" w:rsidR="000F4F01" w:rsidRDefault="000F4F01" w:rsidP="007B13F0">
      <w:pPr>
        <w:spacing w:after="0" w:line="240" w:lineRule="auto"/>
      </w:pPr>
      <w:r>
        <w:separator/>
      </w:r>
    </w:p>
  </w:endnote>
  <w:endnote w:type="continuationSeparator" w:id="0">
    <w:p w14:paraId="4956BDA8" w14:textId="77777777" w:rsidR="000F4F01" w:rsidRDefault="000F4F01" w:rsidP="007B1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217925892"/>
  <w:bookmarkStart w:id="1" w:name="_Hlk217925893"/>
  <w:p w14:paraId="2977334B" w14:textId="5C06095F" w:rsidR="007B13F0" w:rsidRDefault="007B13F0">
    <w:pPr>
      <w:pStyle w:val="Footer"/>
    </w:pPr>
    <w:r>
      <w:fldChar w:fldCharType="begin"/>
    </w:r>
    <w:r>
      <w:instrText>HYPERLINK "http://www.lovinglifechiropractic.com"</w:instrText>
    </w:r>
    <w:r>
      <w:fldChar w:fldCharType="separate"/>
    </w:r>
    <w:r w:rsidRPr="007B13F0">
      <w:rPr>
        <w:rStyle w:val="Hyperlink"/>
      </w:rPr>
      <w:t>www.LovingLifeChiropractic.com</w:t>
    </w:r>
    <w:r>
      <w:fldChar w:fldCharType="end"/>
    </w:r>
    <w:r w:rsidRPr="007B13F0">
      <w:t>|842</w:t>
    </w:r>
    <w:r>
      <w:t xml:space="preserve"> Byron Ave|Ottawa|K2A 0H8</w:t>
    </w:r>
    <w:proofErr w:type="gramStart"/>
    <w:r>
      <w:t>|(</w:t>
    </w:r>
    <w:proofErr w:type="gramEnd"/>
    <w:r>
      <w:t>613) 725-2525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E62F9" w14:textId="77777777" w:rsidR="000F4F01" w:rsidRDefault="000F4F01" w:rsidP="007B13F0">
      <w:pPr>
        <w:spacing w:after="0" w:line="240" w:lineRule="auto"/>
      </w:pPr>
      <w:r>
        <w:separator/>
      </w:r>
    </w:p>
  </w:footnote>
  <w:footnote w:type="continuationSeparator" w:id="0">
    <w:p w14:paraId="7B1D3C9F" w14:textId="77777777" w:rsidR="000F4F01" w:rsidRDefault="000F4F01" w:rsidP="007B13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94757284">
    <w:abstractNumId w:val="8"/>
  </w:num>
  <w:num w:numId="2" w16cid:durableId="1696535605">
    <w:abstractNumId w:val="6"/>
  </w:num>
  <w:num w:numId="3" w16cid:durableId="630402216">
    <w:abstractNumId w:val="5"/>
  </w:num>
  <w:num w:numId="4" w16cid:durableId="414284241">
    <w:abstractNumId w:val="4"/>
  </w:num>
  <w:num w:numId="5" w16cid:durableId="1339893414">
    <w:abstractNumId w:val="7"/>
  </w:num>
  <w:num w:numId="6" w16cid:durableId="996609118">
    <w:abstractNumId w:val="3"/>
  </w:num>
  <w:num w:numId="7" w16cid:durableId="1526137472">
    <w:abstractNumId w:val="2"/>
  </w:num>
  <w:num w:numId="8" w16cid:durableId="849370973">
    <w:abstractNumId w:val="1"/>
  </w:num>
  <w:num w:numId="9" w16cid:durableId="1577933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7C99"/>
    <w:rsid w:val="00034616"/>
    <w:rsid w:val="000565C3"/>
    <w:rsid w:val="0006063C"/>
    <w:rsid w:val="000E722F"/>
    <w:rsid w:val="000F4F01"/>
    <w:rsid w:val="0015074B"/>
    <w:rsid w:val="001C542B"/>
    <w:rsid w:val="0029639D"/>
    <w:rsid w:val="00326F90"/>
    <w:rsid w:val="006C7E54"/>
    <w:rsid w:val="007B13F0"/>
    <w:rsid w:val="00904367"/>
    <w:rsid w:val="00944FD1"/>
    <w:rsid w:val="00A319CE"/>
    <w:rsid w:val="00AA1D8D"/>
    <w:rsid w:val="00B47730"/>
    <w:rsid w:val="00B505BB"/>
    <w:rsid w:val="00CB0664"/>
    <w:rsid w:val="00F157F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B38D0F"/>
  <w14:defaultImageDpi w14:val="300"/>
  <w15:docId w15:val="{494F7EB8-7563-456A-9517-F8192AE49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7B13F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13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Craig Hindson</cp:lastModifiedBy>
  <cp:revision>2</cp:revision>
  <cp:lastPrinted>2025-12-30T00:12:00Z</cp:lastPrinted>
  <dcterms:created xsi:type="dcterms:W3CDTF">2025-12-30T00:12:00Z</dcterms:created>
  <dcterms:modified xsi:type="dcterms:W3CDTF">2025-12-30T00:12:00Z</dcterms:modified>
  <cp:category/>
</cp:coreProperties>
</file>